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6B7A91"/>
          <w:sz w:val="18"/>
        </w:rPr>
        <w:t>대한스포츠스태킹협회 (WSSA Korea)</w:t>
      </w:r>
    </w:p>
    <w:p>
      <w:pPr>
        <w:spacing w:after="40"/>
      </w:pPr>
      <w:r>
        <w:rPr>
          <w:b/>
          <w:color w:val="0A2E6E"/>
          <w:sz w:val="36"/>
        </w:rPr>
        <w:t>스포츠스태킹 지도자 매칭 신청서</w:t>
      </w:r>
    </w:p>
    <w:p>
      <w:pPr>
        <w:spacing w:after="200"/>
      </w:pPr>
      <w:r>
        <w:rPr>
          <w:b w:val="0"/>
          <w:sz w:val="19"/>
        </w:rPr>
        <w:t>학교·기업·교육청·수련관·문화센터·지자체 등 단체의 스포츠스태킹 프로그램(체험·교육·대회 운영·연수)에 필요한 지도자(코치·심판·강사) 섭외를 협회가 매칭해 드립니다. 아래 항목을 작성해 이메일(wssakorea@wssakorea.or.kr)로 보내주시거나, 홈페이지(교육 › 지도자 매칭)에서 온라인으로 신청해 주세요.</w:t>
      </w:r>
    </w:p>
    <w:p>
      <w:pPr>
        <w:spacing w:after="60"/>
      </w:pPr>
      <w:r>
        <w:rPr>
          <w:b/>
          <w:color w:val="0A2E6E"/>
          <w:sz w:val="24"/>
        </w:rPr>
        <w:t>1. 신청 기관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기관(단체)명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기관 유형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  <w:t>□ 학교·교육기관  □ 기업·공공기관  □ 교육청·지자체  □ 청소년수련관·문화센터  □ 기타</w:t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담당자 (직위)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이메일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소재지(시·도 / 시·군·구)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</w:r>
          </w:p>
        </w:tc>
      </w:tr>
    </w:tbl>
    <w:p>
      <w:pPr>
        <w:spacing w:after="80"/>
      </w:pPr>
    </w:p>
    <w:p>
      <w:pPr>
        <w:spacing w:after="60"/>
      </w:pPr>
      <w:r>
        <w:rPr>
          <w:b/>
          <w:color w:val="0A2E6E"/>
          <w:sz w:val="24"/>
        </w:rPr>
        <w:t>2. 프로그램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프로그램 종류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  <w:t>□ 체험·시연  □ 정규·방과후 수업  □ 교직원·임직원 연수  □ 대회·클럽 심판 운영  □ 캠프·특강  □ 기타</w:t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희망 일정·시간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  <w:t>예) 10월 중 평일 오후, 주 1회 8주</w:t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장소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참여 인원·대상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  <w:t>예) 초등 4~6학년 30명</w:t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필요 지도자 수·자격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  <w:t>예) 코치 2명 / 심판 3명</w:t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예산 범위(선택)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381"/>
            <w:shd w:val="clear" w:color="auto" w:fill="F5F7FB"/>
          </w:tcPr>
          <w:p>
            <w:r>
              <w:rPr>
                <w:b/>
                <w:sz w:val="20"/>
              </w:rPr>
              <w:t>요청 사항</w:t>
            </w:r>
          </w:p>
        </w:tc>
        <w:tc>
          <w:tcPr>
            <w:tcW w:type="dxa" w:w="7257"/>
          </w:tcPr>
          <w:p>
            <w:r>
              <w:rPr>
                <w:color w:val="999999"/>
                <w:sz w:val="20"/>
              </w:rPr>
              <w:t>장비 준비 여부, 원하는 지도자 조건, 기타 협의 사항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b/>
          <w:color w:val="0A2E6E"/>
          <w:sz w:val="24"/>
        </w:rPr>
        <w:t>3. 개인정보 수집·이용 동의</w:t>
      </w:r>
    </w:p>
    <w:p>
      <w:pPr>
        <w:spacing w:after="200"/>
      </w:pPr>
      <w:r>
        <w:rPr>
          <w:b w:val="0"/>
          <w:sz w:val="19"/>
        </w:rPr>
        <w:t>수집 항목: 기관명·담당자·연락처·이메일 / 목적: 지도자 매칭 상담 및 안내 / 보유 기간: 처리 완료 후 1년. 동의를 거부할 수 있으나 거부 시 접수가 불가합니다.    □ 동의합니다</w:t>
      </w:r>
    </w:p>
    <w:p>
      <w:pPr>
        <w:spacing w:after="240"/>
        <w:jc w:val="right"/>
      </w:pPr>
      <w:r>
        <w:rPr>
          <w:b w:val="0"/>
          <w:sz w:val="21"/>
        </w:rPr>
        <w:t>신청일:        년      월      일            신청자(담당자):                    (서명)</w:t>
      </w:r>
    </w:p>
    <w:p>
      <w:pPr>
        <w:spacing w:after="80"/>
        <w:jc w:val="center"/>
      </w:pPr>
      <w:r>
        <w:rPr>
          <w:b w:val="0"/>
          <w:color w:val="6B7A91"/>
          <w:sz w:val="18"/>
        </w:rPr>
        <w:t>제출: wssakorea@wssakorea.or.kr  ·  문의: 070-5121-8840 (평일 10:00~17:00)  ·  대한스포츠스태킹협회</w:t>
      </w:r>
    </w:p>
    <w:sectPr w:rsidR="00FC693F" w:rsidRPr="0006063C" w:rsidSect="00034616"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